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83"/>
      </w:tblGrid>
      <w:tr w:rsidR="00BF17B3" w:rsidRPr="0081548F" w14:paraId="0E253930" w14:textId="77777777">
        <w:trPr>
          <w:jc w:val="center"/>
        </w:trPr>
        <w:tc>
          <w:tcPr>
            <w:tcW w:w="7483" w:type="dxa"/>
            <w:shd w:val="clear" w:color="auto" w:fill="001E4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61EA1" w14:textId="77777777" w:rsidR="00BF17B3" w:rsidRPr="0081548F" w:rsidRDefault="00000000">
            <w:pPr>
              <w:jc w:val="center"/>
              <w:rPr>
                <w:lang w:val="pl-PL"/>
              </w:rPr>
            </w:pPr>
            <w:r w:rsidRPr="0081548F">
              <w:rPr>
                <w:b/>
                <w:color w:val="FFFFFF"/>
                <w:sz w:val="30"/>
                <w:lang w:val="pl-PL"/>
              </w:rPr>
              <w:t>GIEŁDA OFERT PRYWATNYCH</w:t>
            </w:r>
          </w:p>
          <w:p w14:paraId="1411E906" w14:textId="77777777" w:rsidR="00BF17B3" w:rsidRPr="0081548F" w:rsidRDefault="00000000">
            <w:pPr>
              <w:jc w:val="center"/>
              <w:rPr>
                <w:lang w:val="pl-PL"/>
              </w:rPr>
            </w:pPr>
            <w:r w:rsidRPr="0081548F">
              <w:rPr>
                <w:color w:val="FFFFFF"/>
                <w:sz w:val="15"/>
                <w:lang w:val="pl-PL"/>
              </w:rPr>
              <w:t>6. Pilskie Targi Nieruchomości  •  17 października 2026 r.  •  CH VIVO! Piła</w:t>
            </w:r>
          </w:p>
        </w:tc>
      </w:tr>
    </w:tbl>
    <w:p w14:paraId="450FAE25" w14:textId="77777777" w:rsidR="00BF17B3" w:rsidRPr="0081548F" w:rsidRDefault="00BF17B3">
      <w:pPr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83"/>
      </w:tblGrid>
      <w:tr w:rsidR="00BF17B3" w:rsidRPr="0081548F" w14:paraId="498FD614" w14:textId="77777777">
        <w:trPr>
          <w:jc w:val="center"/>
        </w:trPr>
        <w:tc>
          <w:tcPr>
            <w:tcW w:w="7483" w:type="dxa"/>
            <w:tcBorders>
              <w:top w:val="single" w:sz="8" w:space="0" w:color="001E44"/>
              <w:left w:val="single" w:sz="8" w:space="0" w:color="001E44"/>
              <w:bottom w:val="single" w:sz="8" w:space="0" w:color="001E44"/>
              <w:right w:val="single" w:sz="8" w:space="0" w:color="001E44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9894C4" w14:textId="77777777" w:rsidR="00BF17B3" w:rsidRPr="0081548F" w:rsidRDefault="00000000">
            <w:pPr>
              <w:jc w:val="center"/>
              <w:rPr>
                <w:lang w:val="pl-PL"/>
              </w:rPr>
            </w:pPr>
            <w:r w:rsidRPr="0081548F">
              <w:rPr>
                <w:b/>
                <w:color w:val="001E44"/>
                <w:sz w:val="20"/>
                <w:lang w:val="pl-PL"/>
              </w:rPr>
              <w:t>☐ SPRZEDAM      ☐ WYNAJMĘ      ☐ INNE: ____________________</w:t>
            </w:r>
          </w:p>
        </w:tc>
      </w:tr>
      <w:tr w:rsidR="00BF17B3" w:rsidRPr="0081548F" w14:paraId="24BBDB61" w14:textId="77777777">
        <w:trPr>
          <w:jc w:val="center"/>
        </w:trPr>
        <w:tc>
          <w:tcPr>
            <w:tcW w:w="7483" w:type="dxa"/>
            <w:tcBorders>
              <w:top w:val="single" w:sz="8" w:space="0" w:color="001E44"/>
              <w:left w:val="single" w:sz="8" w:space="0" w:color="001E44"/>
              <w:bottom w:val="single" w:sz="8" w:space="0" w:color="001E44"/>
              <w:right w:val="single" w:sz="8" w:space="0" w:color="001E44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14A3EB" w14:textId="77777777" w:rsidR="00BF17B3" w:rsidRPr="0081548F" w:rsidRDefault="00000000">
            <w:pPr>
              <w:jc w:val="center"/>
              <w:rPr>
                <w:lang w:val="pl-PL"/>
              </w:rPr>
            </w:pPr>
            <w:r w:rsidRPr="0081548F">
              <w:rPr>
                <w:b/>
                <w:color w:val="001E44"/>
                <w:sz w:val="14"/>
                <w:lang w:val="pl-PL"/>
              </w:rPr>
              <w:t>TYTUŁ OGŁOSZENIA / RODZAJ NIERUCHOMOŚCI</w:t>
            </w:r>
          </w:p>
          <w:p w14:paraId="68E1425D" w14:textId="77777777" w:rsidR="00BF17B3" w:rsidRPr="0081548F" w:rsidRDefault="00000000">
            <w:pPr>
              <w:jc w:val="center"/>
              <w:rPr>
                <w:lang w:val="pl-PL"/>
              </w:rPr>
            </w:pPr>
            <w:r w:rsidRPr="0081548F">
              <w:rPr>
                <w:b/>
                <w:color w:val="222222"/>
                <w:sz w:val="22"/>
                <w:lang w:val="pl-PL"/>
              </w:rPr>
              <w:t>______________________________________________________________</w:t>
            </w:r>
          </w:p>
        </w:tc>
      </w:tr>
    </w:tbl>
    <w:p w14:paraId="55DBD9CD" w14:textId="77777777" w:rsidR="00BF17B3" w:rsidRPr="0081548F" w:rsidRDefault="00BF17B3">
      <w:pPr>
        <w:rPr>
          <w:lang w:val="pl-PL"/>
        </w:rPr>
      </w:pPr>
    </w:p>
    <w:p w14:paraId="6E3F64D6" w14:textId="77777777" w:rsidR="00BF17B3" w:rsidRPr="0081548F" w:rsidRDefault="00BF17B3">
      <w:pPr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1"/>
        <w:gridCol w:w="3741"/>
      </w:tblGrid>
      <w:tr w:rsidR="00BF17B3" w:rsidRPr="0081548F" w14:paraId="346B0A5C" w14:textId="77777777">
        <w:trPr>
          <w:jc w:val="center"/>
        </w:trPr>
        <w:tc>
          <w:tcPr>
            <w:tcW w:w="3741" w:type="dxa"/>
            <w:tcBorders>
              <w:top w:val="single" w:sz="4" w:space="0" w:color="D6E0EC"/>
              <w:left w:val="single" w:sz="4" w:space="0" w:color="D6E0EC"/>
              <w:bottom w:val="single" w:sz="4" w:space="0" w:color="D6E0EC"/>
              <w:right w:val="single" w:sz="4" w:space="0" w:color="D6E0EC"/>
            </w:tcBorders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10C5E01" w14:textId="77777777" w:rsidR="00BF17B3" w:rsidRPr="0081548F" w:rsidRDefault="00000000">
            <w:pPr>
              <w:rPr>
                <w:lang w:val="pl-PL"/>
              </w:rPr>
            </w:pPr>
            <w:r w:rsidRPr="0081548F">
              <w:rPr>
                <w:b/>
                <w:color w:val="001E44"/>
                <w:sz w:val="13"/>
                <w:lang w:val="pl-PL"/>
              </w:rPr>
              <w:t>Miejscowość / lokalizacja:</w:t>
            </w:r>
          </w:p>
          <w:p w14:paraId="227F145F" w14:textId="77777777" w:rsidR="00BF17B3" w:rsidRPr="0081548F" w:rsidRDefault="00000000">
            <w:pPr>
              <w:rPr>
                <w:lang w:val="pl-PL"/>
              </w:rPr>
            </w:pPr>
            <w:r w:rsidRPr="0081548F">
              <w:rPr>
                <w:color w:val="222222"/>
                <w:sz w:val="16"/>
                <w:lang w:val="pl-PL"/>
              </w:rPr>
              <w:t>________________________________</w:t>
            </w:r>
          </w:p>
        </w:tc>
        <w:tc>
          <w:tcPr>
            <w:tcW w:w="3741" w:type="dxa"/>
            <w:tcBorders>
              <w:top w:val="single" w:sz="4" w:space="0" w:color="D6E0EC"/>
              <w:left w:val="single" w:sz="4" w:space="0" w:color="D6E0EC"/>
              <w:bottom w:val="single" w:sz="4" w:space="0" w:color="D6E0EC"/>
              <w:right w:val="single" w:sz="4" w:space="0" w:color="D6E0EC"/>
            </w:tcBorders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03D4959" w14:textId="77777777" w:rsidR="00BF17B3" w:rsidRPr="0081548F" w:rsidRDefault="00000000">
            <w:pPr>
              <w:rPr>
                <w:lang w:val="pl-PL"/>
              </w:rPr>
            </w:pPr>
            <w:r w:rsidRPr="0081548F">
              <w:rPr>
                <w:b/>
                <w:color w:val="001E44"/>
                <w:sz w:val="13"/>
                <w:lang w:val="pl-PL"/>
              </w:rPr>
              <w:t>Powierzchnia:</w:t>
            </w:r>
          </w:p>
          <w:p w14:paraId="4A337DB9" w14:textId="77777777" w:rsidR="00BF17B3" w:rsidRPr="0081548F" w:rsidRDefault="00000000">
            <w:pPr>
              <w:rPr>
                <w:lang w:val="pl-PL"/>
              </w:rPr>
            </w:pPr>
            <w:r w:rsidRPr="0081548F">
              <w:rPr>
                <w:color w:val="222222"/>
                <w:sz w:val="16"/>
                <w:lang w:val="pl-PL"/>
              </w:rPr>
              <w:t>________________________________</w:t>
            </w:r>
          </w:p>
        </w:tc>
      </w:tr>
      <w:tr w:rsidR="00BF17B3" w:rsidRPr="0081548F" w14:paraId="4E958E17" w14:textId="77777777">
        <w:trPr>
          <w:jc w:val="center"/>
        </w:trPr>
        <w:tc>
          <w:tcPr>
            <w:tcW w:w="3741" w:type="dxa"/>
            <w:tcBorders>
              <w:top w:val="single" w:sz="4" w:space="0" w:color="D6E0EC"/>
              <w:left w:val="single" w:sz="4" w:space="0" w:color="D6E0EC"/>
              <w:bottom w:val="single" w:sz="4" w:space="0" w:color="D6E0EC"/>
              <w:right w:val="single" w:sz="4" w:space="0" w:color="D6E0EC"/>
            </w:tcBorders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9793FB8" w14:textId="77777777" w:rsidR="00BF17B3" w:rsidRPr="0081548F" w:rsidRDefault="00000000">
            <w:pPr>
              <w:rPr>
                <w:lang w:val="pl-PL"/>
              </w:rPr>
            </w:pPr>
            <w:r w:rsidRPr="0081548F">
              <w:rPr>
                <w:b/>
                <w:color w:val="001E44"/>
                <w:sz w:val="13"/>
                <w:lang w:val="pl-PL"/>
              </w:rPr>
              <w:t>Dzielnica / osiedle / okolica:</w:t>
            </w:r>
          </w:p>
          <w:p w14:paraId="0B8E3696" w14:textId="77777777" w:rsidR="00BF17B3" w:rsidRPr="0081548F" w:rsidRDefault="00000000">
            <w:pPr>
              <w:rPr>
                <w:lang w:val="pl-PL"/>
              </w:rPr>
            </w:pPr>
            <w:r w:rsidRPr="0081548F">
              <w:rPr>
                <w:color w:val="222222"/>
                <w:sz w:val="16"/>
                <w:lang w:val="pl-PL"/>
              </w:rPr>
              <w:t>________________________________</w:t>
            </w:r>
          </w:p>
        </w:tc>
        <w:tc>
          <w:tcPr>
            <w:tcW w:w="3741" w:type="dxa"/>
            <w:tcBorders>
              <w:top w:val="single" w:sz="4" w:space="0" w:color="D6E0EC"/>
              <w:left w:val="single" w:sz="4" w:space="0" w:color="D6E0EC"/>
              <w:bottom w:val="single" w:sz="4" w:space="0" w:color="D6E0EC"/>
              <w:right w:val="single" w:sz="4" w:space="0" w:color="D6E0EC"/>
            </w:tcBorders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9D0C991" w14:textId="77777777" w:rsidR="00BF17B3" w:rsidRPr="0081548F" w:rsidRDefault="00000000">
            <w:pPr>
              <w:rPr>
                <w:lang w:val="pl-PL"/>
              </w:rPr>
            </w:pPr>
            <w:r w:rsidRPr="0081548F">
              <w:rPr>
                <w:b/>
                <w:color w:val="001E44"/>
                <w:sz w:val="13"/>
                <w:lang w:val="pl-PL"/>
              </w:rPr>
              <w:t>Liczba pokoi:</w:t>
            </w:r>
          </w:p>
          <w:p w14:paraId="09D1BEE8" w14:textId="77777777" w:rsidR="00BF17B3" w:rsidRPr="0081548F" w:rsidRDefault="00000000">
            <w:pPr>
              <w:rPr>
                <w:lang w:val="pl-PL"/>
              </w:rPr>
            </w:pPr>
            <w:r w:rsidRPr="0081548F">
              <w:rPr>
                <w:color w:val="222222"/>
                <w:sz w:val="16"/>
                <w:lang w:val="pl-PL"/>
              </w:rPr>
              <w:t>________________________________</w:t>
            </w:r>
          </w:p>
        </w:tc>
      </w:tr>
      <w:tr w:rsidR="00BF17B3" w:rsidRPr="0081548F" w14:paraId="491292F4" w14:textId="77777777">
        <w:trPr>
          <w:jc w:val="center"/>
        </w:trPr>
        <w:tc>
          <w:tcPr>
            <w:tcW w:w="3741" w:type="dxa"/>
            <w:tcBorders>
              <w:top w:val="single" w:sz="4" w:space="0" w:color="D6E0EC"/>
              <w:left w:val="single" w:sz="4" w:space="0" w:color="D6E0EC"/>
              <w:bottom w:val="single" w:sz="4" w:space="0" w:color="D6E0EC"/>
              <w:right w:val="single" w:sz="4" w:space="0" w:color="D6E0EC"/>
            </w:tcBorders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A78F0F4" w14:textId="77777777" w:rsidR="00BF17B3" w:rsidRPr="0081548F" w:rsidRDefault="00000000">
            <w:pPr>
              <w:rPr>
                <w:lang w:val="pl-PL"/>
              </w:rPr>
            </w:pPr>
            <w:r w:rsidRPr="0081548F">
              <w:rPr>
                <w:b/>
                <w:color w:val="001E44"/>
                <w:sz w:val="13"/>
                <w:lang w:val="pl-PL"/>
              </w:rPr>
              <w:t>Piętro (jeśli dotyczy):</w:t>
            </w:r>
          </w:p>
          <w:p w14:paraId="6CC0B05B" w14:textId="77777777" w:rsidR="00BF17B3" w:rsidRPr="0081548F" w:rsidRDefault="00000000">
            <w:pPr>
              <w:rPr>
                <w:lang w:val="pl-PL"/>
              </w:rPr>
            </w:pPr>
            <w:r w:rsidRPr="0081548F">
              <w:rPr>
                <w:color w:val="222222"/>
                <w:sz w:val="16"/>
                <w:lang w:val="pl-PL"/>
              </w:rPr>
              <w:t>________________________________</w:t>
            </w:r>
          </w:p>
        </w:tc>
        <w:tc>
          <w:tcPr>
            <w:tcW w:w="3741" w:type="dxa"/>
            <w:tcBorders>
              <w:top w:val="single" w:sz="4" w:space="0" w:color="D6E0EC"/>
              <w:left w:val="single" w:sz="4" w:space="0" w:color="D6E0EC"/>
              <w:bottom w:val="single" w:sz="4" w:space="0" w:color="D6E0EC"/>
              <w:right w:val="single" w:sz="4" w:space="0" w:color="D6E0EC"/>
            </w:tcBorders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73A8C98" w14:textId="77777777" w:rsidR="00BF17B3" w:rsidRPr="0081548F" w:rsidRDefault="00000000">
            <w:pPr>
              <w:rPr>
                <w:lang w:val="pl-PL"/>
              </w:rPr>
            </w:pPr>
            <w:r w:rsidRPr="0081548F">
              <w:rPr>
                <w:b/>
                <w:color w:val="001E44"/>
                <w:sz w:val="13"/>
                <w:lang w:val="pl-PL"/>
              </w:rPr>
              <w:t>Powierzchnia działki (jeśli dotyczy):</w:t>
            </w:r>
          </w:p>
          <w:p w14:paraId="5C306EAC" w14:textId="77777777" w:rsidR="00BF17B3" w:rsidRPr="0081548F" w:rsidRDefault="00000000">
            <w:pPr>
              <w:rPr>
                <w:lang w:val="pl-PL"/>
              </w:rPr>
            </w:pPr>
            <w:r w:rsidRPr="0081548F">
              <w:rPr>
                <w:color w:val="222222"/>
                <w:sz w:val="16"/>
                <w:lang w:val="pl-PL"/>
              </w:rPr>
              <w:t>________________________________</w:t>
            </w:r>
          </w:p>
        </w:tc>
      </w:tr>
      <w:tr w:rsidR="00BF17B3" w:rsidRPr="0081548F" w14:paraId="2F665135" w14:textId="77777777">
        <w:trPr>
          <w:jc w:val="center"/>
        </w:trPr>
        <w:tc>
          <w:tcPr>
            <w:tcW w:w="3741" w:type="dxa"/>
            <w:tcBorders>
              <w:top w:val="single" w:sz="4" w:space="0" w:color="D6E0EC"/>
              <w:left w:val="single" w:sz="4" w:space="0" w:color="D6E0EC"/>
              <w:bottom w:val="single" w:sz="4" w:space="0" w:color="D6E0EC"/>
              <w:right w:val="single" w:sz="4" w:space="0" w:color="D6E0EC"/>
            </w:tcBorders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89C65A4" w14:textId="77777777" w:rsidR="00BF17B3" w:rsidRPr="0081548F" w:rsidRDefault="00000000">
            <w:pPr>
              <w:rPr>
                <w:lang w:val="pl-PL"/>
              </w:rPr>
            </w:pPr>
            <w:r w:rsidRPr="0081548F">
              <w:rPr>
                <w:b/>
                <w:color w:val="001E44"/>
                <w:sz w:val="13"/>
                <w:lang w:val="pl-PL"/>
              </w:rPr>
              <w:t>Stan nieruchomości:</w:t>
            </w:r>
          </w:p>
          <w:p w14:paraId="52F43DF6" w14:textId="77777777" w:rsidR="00BF17B3" w:rsidRPr="0081548F" w:rsidRDefault="00000000">
            <w:pPr>
              <w:rPr>
                <w:lang w:val="pl-PL"/>
              </w:rPr>
            </w:pPr>
            <w:r w:rsidRPr="0081548F">
              <w:rPr>
                <w:color w:val="222222"/>
                <w:sz w:val="16"/>
                <w:lang w:val="pl-PL"/>
              </w:rPr>
              <w:t>________________________________</w:t>
            </w:r>
          </w:p>
        </w:tc>
        <w:tc>
          <w:tcPr>
            <w:tcW w:w="3741" w:type="dxa"/>
            <w:tcBorders>
              <w:top w:val="single" w:sz="4" w:space="0" w:color="D6E0EC"/>
              <w:left w:val="single" w:sz="4" w:space="0" w:color="D6E0EC"/>
              <w:bottom w:val="single" w:sz="4" w:space="0" w:color="D6E0EC"/>
              <w:right w:val="single" w:sz="4" w:space="0" w:color="D6E0EC"/>
            </w:tcBorders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EF9EA18" w14:textId="77777777" w:rsidR="00BF17B3" w:rsidRPr="0081548F" w:rsidRDefault="00000000">
            <w:pPr>
              <w:rPr>
                <w:lang w:val="pl-PL"/>
              </w:rPr>
            </w:pPr>
            <w:r w:rsidRPr="0081548F">
              <w:rPr>
                <w:b/>
                <w:color w:val="001E44"/>
                <w:sz w:val="13"/>
                <w:lang w:val="pl-PL"/>
              </w:rPr>
              <w:t>Rok budowy (opcjonalnie):</w:t>
            </w:r>
          </w:p>
          <w:p w14:paraId="549691DB" w14:textId="77777777" w:rsidR="00BF17B3" w:rsidRPr="0081548F" w:rsidRDefault="00000000">
            <w:pPr>
              <w:rPr>
                <w:lang w:val="pl-PL"/>
              </w:rPr>
            </w:pPr>
            <w:r w:rsidRPr="0081548F">
              <w:rPr>
                <w:color w:val="222222"/>
                <w:sz w:val="16"/>
                <w:lang w:val="pl-PL"/>
              </w:rPr>
              <w:t>________________________________</w:t>
            </w:r>
          </w:p>
        </w:tc>
      </w:tr>
      <w:tr w:rsidR="00BF17B3" w:rsidRPr="0081548F" w14:paraId="407414B7" w14:textId="77777777">
        <w:trPr>
          <w:jc w:val="center"/>
        </w:trPr>
        <w:tc>
          <w:tcPr>
            <w:tcW w:w="3741" w:type="dxa"/>
            <w:tcBorders>
              <w:top w:val="single" w:sz="4" w:space="0" w:color="D6E0EC"/>
              <w:left w:val="single" w:sz="4" w:space="0" w:color="D6E0EC"/>
              <w:bottom w:val="single" w:sz="4" w:space="0" w:color="D6E0EC"/>
              <w:right w:val="single" w:sz="4" w:space="0" w:color="D6E0EC"/>
            </w:tcBorders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3461F25" w14:textId="77777777" w:rsidR="00BF17B3" w:rsidRPr="0081548F" w:rsidRDefault="00000000">
            <w:pPr>
              <w:rPr>
                <w:lang w:val="pl-PL"/>
              </w:rPr>
            </w:pPr>
            <w:r w:rsidRPr="0081548F">
              <w:rPr>
                <w:b/>
                <w:color w:val="001E44"/>
                <w:sz w:val="13"/>
                <w:lang w:val="pl-PL"/>
              </w:rPr>
              <w:t>Inna ważna informacja:</w:t>
            </w:r>
          </w:p>
          <w:p w14:paraId="34258D75" w14:textId="77777777" w:rsidR="00BF17B3" w:rsidRPr="0081548F" w:rsidRDefault="00000000">
            <w:pPr>
              <w:rPr>
                <w:lang w:val="pl-PL"/>
              </w:rPr>
            </w:pPr>
            <w:r w:rsidRPr="0081548F">
              <w:rPr>
                <w:color w:val="222222"/>
                <w:sz w:val="16"/>
                <w:lang w:val="pl-PL"/>
              </w:rPr>
              <w:t>________________________________</w:t>
            </w:r>
          </w:p>
        </w:tc>
        <w:tc>
          <w:tcPr>
            <w:tcW w:w="3741" w:type="dxa"/>
            <w:tcBorders>
              <w:top w:val="single" w:sz="4" w:space="0" w:color="D6E0EC"/>
              <w:left w:val="single" w:sz="4" w:space="0" w:color="D6E0EC"/>
              <w:bottom w:val="single" w:sz="4" w:space="0" w:color="D6E0EC"/>
              <w:right w:val="single" w:sz="4" w:space="0" w:color="D6E0EC"/>
            </w:tcBorders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FB09222" w14:textId="77777777" w:rsidR="00BF17B3" w:rsidRPr="0081548F" w:rsidRDefault="00000000">
            <w:pPr>
              <w:rPr>
                <w:lang w:val="pl-PL"/>
              </w:rPr>
            </w:pPr>
            <w:r w:rsidRPr="0081548F">
              <w:rPr>
                <w:b/>
                <w:color w:val="001E44"/>
                <w:sz w:val="13"/>
                <w:lang w:val="pl-PL"/>
              </w:rPr>
              <w:t>Inna ważna informacja:</w:t>
            </w:r>
          </w:p>
          <w:p w14:paraId="53E2D78D" w14:textId="77777777" w:rsidR="00BF17B3" w:rsidRPr="0081548F" w:rsidRDefault="00000000">
            <w:pPr>
              <w:rPr>
                <w:lang w:val="pl-PL"/>
              </w:rPr>
            </w:pPr>
            <w:r w:rsidRPr="0081548F">
              <w:rPr>
                <w:color w:val="222222"/>
                <w:sz w:val="16"/>
                <w:lang w:val="pl-PL"/>
              </w:rPr>
              <w:t>________________________________</w:t>
            </w:r>
          </w:p>
        </w:tc>
      </w:tr>
    </w:tbl>
    <w:p w14:paraId="404B77D0" w14:textId="77777777" w:rsidR="00BF17B3" w:rsidRPr="0081548F" w:rsidRDefault="00BF17B3">
      <w:pPr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83"/>
      </w:tblGrid>
      <w:tr w:rsidR="00BF17B3" w:rsidRPr="0081548F" w14:paraId="7D808642" w14:textId="77777777">
        <w:trPr>
          <w:jc w:val="center"/>
        </w:trPr>
        <w:tc>
          <w:tcPr>
            <w:tcW w:w="7483" w:type="dxa"/>
            <w:tcBorders>
              <w:top w:val="single" w:sz="8" w:space="0" w:color="001E44"/>
              <w:left w:val="single" w:sz="8" w:space="0" w:color="001E44"/>
              <w:bottom w:val="single" w:sz="8" w:space="0" w:color="001E44"/>
              <w:right w:val="single" w:sz="8" w:space="0" w:color="001E44"/>
            </w:tcBorders>
            <w:shd w:val="clear" w:color="auto" w:fill="EAF0F7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A403D68" w14:textId="77777777" w:rsidR="00BF17B3" w:rsidRPr="0081548F" w:rsidRDefault="00000000">
            <w:pPr>
              <w:jc w:val="center"/>
              <w:rPr>
                <w:lang w:val="pl-PL"/>
              </w:rPr>
            </w:pPr>
            <w:r w:rsidRPr="0081548F">
              <w:rPr>
                <w:b/>
                <w:color w:val="001E44"/>
                <w:sz w:val="22"/>
                <w:lang w:val="pl-PL"/>
              </w:rPr>
              <w:t>CENA: __________________________ zł      ☐ do negocjacji</w:t>
            </w:r>
          </w:p>
        </w:tc>
      </w:tr>
    </w:tbl>
    <w:p w14:paraId="46AB9D1E" w14:textId="77777777" w:rsidR="00BF17B3" w:rsidRPr="0081548F" w:rsidRDefault="00BF17B3">
      <w:pPr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83"/>
      </w:tblGrid>
      <w:tr w:rsidR="00BF17B3" w:rsidRPr="0081548F" w14:paraId="51FE4C54" w14:textId="77777777">
        <w:trPr>
          <w:jc w:val="center"/>
        </w:trPr>
        <w:tc>
          <w:tcPr>
            <w:tcW w:w="7483" w:type="dxa"/>
            <w:tcBorders>
              <w:top w:val="single" w:sz="4" w:space="0" w:color="D6E0EC"/>
              <w:left w:val="single" w:sz="4" w:space="0" w:color="D6E0EC"/>
              <w:bottom w:val="single" w:sz="4" w:space="0" w:color="D6E0EC"/>
              <w:right w:val="single" w:sz="4" w:space="0" w:color="D6E0EC"/>
            </w:tcBorders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0B76D94" w14:textId="77777777" w:rsidR="00BF17B3" w:rsidRPr="0081548F" w:rsidRDefault="00000000">
            <w:pPr>
              <w:rPr>
                <w:lang w:val="pl-PL"/>
              </w:rPr>
            </w:pPr>
            <w:r w:rsidRPr="0081548F">
              <w:rPr>
                <w:b/>
                <w:color w:val="001E44"/>
                <w:sz w:val="14"/>
                <w:lang w:val="pl-PL"/>
              </w:rPr>
              <w:t>KRÓTKI OPIS:</w:t>
            </w:r>
          </w:p>
          <w:p w14:paraId="57F38CE6" w14:textId="77777777" w:rsidR="00BF17B3" w:rsidRPr="0081548F" w:rsidRDefault="00000000">
            <w:pPr>
              <w:rPr>
                <w:lang w:val="pl-PL"/>
              </w:rPr>
            </w:pPr>
            <w:r w:rsidRPr="0081548F">
              <w:rPr>
                <w:color w:val="222222"/>
                <w:sz w:val="15"/>
                <w:lang w:val="pl-PL"/>
              </w:rPr>
              <w:t>________________________________________________________________________________</w:t>
            </w:r>
          </w:p>
          <w:p w14:paraId="35712DFE" w14:textId="77777777" w:rsidR="00BF17B3" w:rsidRPr="0081548F" w:rsidRDefault="00000000">
            <w:pPr>
              <w:rPr>
                <w:lang w:val="pl-PL"/>
              </w:rPr>
            </w:pPr>
            <w:r w:rsidRPr="0081548F">
              <w:rPr>
                <w:color w:val="222222"/>
                <w:sz w:val="15"/>
                <w:lang w:val="pl-PL"/>
              </w:rPr>
              <w:t>________________________________________________________________________________</w:t>
            </w:r>
          </w:p>
        </w:tc>
      </w:tr>
      <w:tr w:rsidR="00BF17B3" w:rsidRPr="0081548F" w14:paraId="5724BC1B" w14:textId="77777777">
        <w:trPr>
          <w:jc w:val="center"/>
        </w:trPr>
        <w:tc>
          <w:tcPr>
            <w:tcW w:w="7483" w:type="dxa"/>
            <w:tcBorders>
              <w:top w:val="single" w:sz="4" w:space="0" w:color="D6E0EC"/>
              <w:left w:val="single" w:sz="4" w:space="0" w:color="D6E0EC"/>
              <w:bottom w:val="single" w:sz="4" w:space="0" w:color="D6E0EC"/>
              <w:right w:val="single" w:sz="4" w:space="0" w:color="D6E0EC"/>
            </w:tcBorders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3C3114D" w14:textId="77777777" w:rsidR="00BF17B3" w:rsidRPr="0081548F" w:rsidRDefault="00000000">
            <w:pPr>
              <w:rPr>
                <w:lang w:val="pl-PL"/>
              </w:rPr>
            </w:pPr>
            <w:r w:rsidRPr="0081548F">
              <w:rPr>
                <w:b/>
                <w:color w:val="001E44"/>
                <w:sz w:val="14"/>
                <w:lang w:val="pl-PL"/>
              </w:rPr>
              <w:t>NAJWAŻNIEJSZE ATUTY:</w:t>
            </w:r>
          </w:p>
          <w:p w14:paraId="0D7B8833" w14:textId="77777777" w:rsidR="00BF17B3" w:rsidRPr="0081548F" w:rsidRDefault="00000000">
            <w:pPr>
              <w:rPr>
                <w:lang w:val="pl-PL"/>
              </w:rPr>
            </w:pPr>
            <w:r w:rsidRPr="0081548F">
              <w:rPr>
                <w:color w:val="222222"/>
                <w:sz w:val="15"/>
                <w:lang w:val="pl-PL"/>
              </w:rPr>
              <w:t>✓ __________________________   ✓ __________________________   ✓ __________________________</w:t>
            </w:r>
          </w:p>
        </w:tc>
      </w:tr>
    </w:tbl>
    <w:p w14:paraId="37513EC3" w14:textId="77777777" w:rsidR="00BF17B3" w:rsidRPr="0081548F" w:rsidRDefault="00BF17B3">
      <w:pPr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11"/>
        <w:gridCol w:w="38"/>
      </w:tblGrid>
      <w:tr w:rsidR="00BF17B3" w:rsidRPr="0081548F" w14:paraId="61387913" w14:textId="77777777" w:rsidTr="0081548F">
        <w:trPr>
          <w:trHeight w:val="312"/>
          <w:jc w:val="center"/>
        </w:trPr>
        <w:tc>
          <w:tcPr>
            <w:tcW w:w="7449" w:type="dxa"/>
            <w:gridSpan w:val="2"/>
            <w:tcBorders>
              <w:top w:val="single" w:sz="10" w:space="0" w:color="001E44"/>
              <w:left w:val="single" w:sz="10" w:space="0" w:color="001E44"/>
              <w:bottom w:val="single" w:sz="10" w:space="0" w:color="001E44"/>
              <w:right w:val="single" w:sz="10" w:space="0" w:color="001E44"/>
            </w:tcBorders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42E18858" w14:textId="77777777" w:rsidR="00BF17B3" w:rsidRPr="0081548F" w:rsidRDefault="00000000">
            <w:pPr>
              <w:jc w:val="center"/>
              <w:rPr>
                <w:lang w:val="pl-PL"/>
              </w:rPr>
            </w:pPr>
            <w:r w:rsidRPr="0081548F">
              <w:rPr>
                <w:b/>
                <w:color w:val="001E44"/>
                <w:lang w:val="pl-PL"/>
              </w:rPr>
              <w:t>KONTAKT  |  Imię: __________________   Tel.: __________________   E-mail: __________________</w:t>
            </w:r>
          </w:p>
        </w:tc>
      </w:tr>
      <w:tr w:rsidR="00BF17B3" w:rsidRPr="0081548F" w14:paraId="16B89050" w14:textId="77777777" w:rsidTr="0081548F">
        <w:trPr>
          <w:gridAfter w:val="1"/>
          <w:wAfter w:w="38" w:type="dxa"/>
          <w:trHeight w:hRule="exact" w:val="3644"/>
          <w:jc w:val="center"/>
        </w:trPr>
        <w:tc>
          <w:tcPr>
            <w:tcW w:w="7411" w:type="dxa"/>
            <w:tcBorders>
              <w:top w:val="dashed" w:sz="8" w:space="0" w:color="8EA3B8"/>
              <w:left w:val="dashed" w:sz="8" w:space="0" w:color="8EA3B8"/>
              <w:bottom w:val="dashed" w:sz="8" w:space="0" w:color="8EA3B8"/>
              <w:right w:val="dashed" w:sz="8" w:space="0" w:color="8EA3B8"/>
            </w:tcBorders>
            <w:shd w:val="clear" w:color="auto" w:fill="F7F9FC"/>
            <w:vAlign w:val="center"/>
          </w:tcPr>
          <w:p w14:paraId="4E89B753" w14:textId="77777777" w:rsidR="00BF17B3" w:rsidRPr="0081548F" w:rsidRDefault="00000000">
            <w:pPr>
              <w:jc w:val="center"/>
              <w:rPr>
                <w:lang w:val="pl-PL"/>
              </w:rPr>
            </w:pPr>
            <w:r w:rsidRPr="0081548F">
              <w:rPr>
                <w:b/>
                <w:color w:val="6E7F90"/>
                <w:sz w:val="20"/>
                <w:lang w:val="pl-PL"/>
              </w:rPr>
              <w:t>MIEJSCE NA ZDJĘCIE NIERUCHOMOŚCI</w:t>
            </w:r>
          </w:p>
          <w:p w14:paraId="144ADACC" w14:textId="77777777" w:rsidR="00BF17B3" w:rsidRPr="0081548F" w:rsidRDefault="00000000">
            <w:pPr>
              <w:jc w:val="center"/>
              <w:rPr>
                <w:lang w:val="pl-PL"/>
              </w:rPr>
            </w:pPr>
            <w:r w:rsidRPr="0081548F">
              <w:rPr>
                <w:color w:val="7C8A98"/>
                <w:sz w:val="14"/>
                <w:lang w:val="pl-PL"/>
              </w:rPr>
              <w:t>Wstaw jedno czytelne zdjęcie poziome</w:t>
            </w:r>
          </w:p>
        </w:tc>
      </w:tr>
    </w:tbl>
    <w:p w14:paraId="26AACA66" w14:textId="77777777" w:rsidR="0081548F" w:rsidRDefault="0081548F" w:rsidP="0081548F">
      <w:pPr>
        <w:spacing w:before="20"/>
        <w:jc w:val="center"/>
        <w:rPr>
          <w:b/>
          <w:color w:val="001E44"/>
          <w:sz w:val="15"/>
          <w:lang w:val="pl-PL"/>
        </w:rPr>
      </w:pPr>
    </w:p>
    <w:p w14:paraId="4AA57740" w14:textId="77777777" w:rsidR="0081548F" w:rsidRDefault="0081548F" w:rsidP="0081548F">
      <w:pPr>
        <w:spacing w:before="20"/>
        <w:jc w:val="center"/>
        <w:rPr>
          <w:b/>
          <w:color w:val="001E44"/>
          <w:sz w:val="15"/>
          <w:lang w:val="pl-PL"/>
        </w:rPr>
      </w:pPr>
    </w:p>
    <w:p w14:paraId="3E20E9EE" w14:textId="085EA990" w:rsidR="00BF17B3" w:rsidRPr="0081548F" w:rsidRDefault="00BF17B3" w:rsidP="0081548F">
      <w:pPr>
        <w:spacing w:before="20"/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83"/>
      </w:tblGrid>
      <w:tr w:rsidR="00BF17B3" w:rsidRPr="0081548F" w14:paraId="372E2F56" w14:textId="77777777">
        <w:trPr>
          <w:jc w:val="center"/>
        </w:trPr>
        <w:tc>
          <w:tcPr>
            <w:tcW w:w="7483" w:type="dxa"/>
            <w:shd w:val="clear" w:color="auto" w:fill="001E44"/>
            <w:tcMar>
              <w:top w:w="75" w:type="dxa"/>
              <w:left w:w="70" w:type="dxa"/>
              <w:bottom w:w="65" w:type="dxa"/>
              <w:right w:w="70" w:type="dxa"/>
            </w:tcMar>
          </w:tcPr>
          <w:p w14:paraId="0FBB1200" w14:textId="77777777" w:rsidR="00BF17B3" w:rsidRPr="0081548F" w:rsidRDefault="00000000">
            <w:pPr>
              <w:jc w:val="center"/>
              <w:rPr>
                <w:lang w:val="pl-PL"/>
              </w:rPr>
            </w:pPr>
            <w:r w:rsidRPr="0081548F">
              <w:rPr>
                <w:b/>
                <w:color w:val="FFFFFF"/>
                <w:sz w:val="27"/>
                <w:lang w:val="pl-PL"/>
              </w:rPr>
              <w:t>OŚWIADCZENIE UCZESTNIKA</w:t>
            </w:r>
          </w:p>
          <w:p w14:paraId="16AE48DE" w14:textId="77777777" w:rsidR="00BF17B3" w:rsidRPr="0081548F" w:rsidRDefault="00000000">
            <w:pPr>
              <w:jc w:val="center"/>
              <w:rPr>
                <w:lang w:val="pl-PL"/>
              </w:rPr>
            </w:pPr>
            <w:r w:rsidRPr="0081548F">
              <w:rPr>
                <w:color w:val="FFFFFF"/>
                <w:sz w:val="15"/>
                <w:lang w:val="pl-PL"/>
              </w:rPr>
              <w:t>„Giełda Ofert Prywatnych” – 6. Pilskie Targi Nieruchomości</w:t>
            </w:r>
          </w:p>
        </w:tc>
      </w:tr>
    </w:tbl>
    <w:p w14:paraId="01DAC30C" w14:textId="77777777" w:rsidR="00BF17B3" w:rsidRPr="0081548F" w:rsidRDefault="00BF17B3">
      <w:pPr>
        <w:spacing w:after="20"/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83"/>
      </w:tblGrid>
      <w:tr w:rsidR="00BF17B3" w:rsidRPr="0081548F" w14:paraId="0B107565" w14:textId="77777777">
        <w:trPr>
          <w:jc w:val="center"/>
        </w:trPr>
        <w:tc>
          <w:tcPr>
            <w:tcW w:w="7483" w:type="dxa"/>
            <w:tcBorders>
              <w:top w:val="single" w:sz="5" w:space="0" w:color="D6E0EC"/>
              <w:left w:val="single" w:sz="5" w:space="0" w:color="D6E0EC"/>
              <w:bottom w:val="single" w:sz="5" w:space="0" w:color="D6E0EC"/>
              <w:right w:val="single" w:sz="5" w:space="0" w:color="D6E0EC"/>
            </w:tcBorders>
            <w:tcMar>
              <w:top w:w="35" w:type="dxa"/>
              <w:left w:w="60" w:type="dxa"/>
              <w:bottom w:w="35" w:type="dxa"/>
              <w:right w:w="60" w:type="dxa"/>
            </w:tcMar>
          </w:tcPr>
          <w:p w14:paraId="40795DCE" w14:textId="77777777" w:rsidR="00BF17B3" w:rsidRPr="0081548F" w:rsidRDefault="00000000">
            <w:pPr>
              <w:rPr>
                <w:lang w:val="pl-PL"/>
              </w:rPr>
            </w:pPr>
            <w:r w:rsidRPr="0081548F">
              <w:rPr>
                <w:b/>
                <w:color w:val="001E44"/>
                <w:sz w:val="14"/>
                <w:lang w:val="pl-PL"/>
              </w:rPr>
              <w:t xml:space="preserve">Imię i nazwisko Uczestnika: </w:t>
            </w:r>
            <w:r w:rsidRPr="0081548F">
              <w:rPr>
                <w:color w:val="222222"/>
                <w:sz w:val="14"/>
                <w:lang w:val="pl-PL"/>
              </w:rPr>
              <w:t>____________________________________________</w:t>
            </w:r>
          </w:p>
        </w:tc>
      </w:tr>
      <w:tr w:rsidR="00BF17B3" w:rsidRPr="0081548F" w14:paraId="34F0B8EF" w14:textId="77777777">
        <w:trPr>
          <w:jc w:val="center"/>
        </w:trPr>
        <w:tc>
          <w:tcPr>
            <w:tcW w:w="7483" w:type="dxa"/>
            <w:tcBorders>
              <w:top w:val="single" w:sz="5" w:space="0" w:color="D6E0EC"/>
              <w:left w:val="single" w:sz="5" w:space="0" w:color="D6E0EC"/>
              <w:bottom w:val="single" w:sz="5" w:space="0" w:color="D6E0EC"/>
              <w:right w:val="single" w:sz="5" w:space="0" w:color="D6E0EC"/>
            </w:tcBorders>
            <w:tcMar>
              <w:top w:w="35" w:type="dxa"/>
              <w:left w:w="60" w:type="dxa"/>
              <w:bottom w:w="35" w:type="dxa"/>
              <w:right w:w="60" w:type="dxa"/>
            </w:tcMar>
          </w:tcPr>
          <w:p w14:paraId="117447BC" w14:textId="77777777" w:rsidR="00BF17B3" w:rsidRPr="0081548F" w:rsidRDefault="00000000">
            <w:pPr>
              <w:rPr>
                <w:lang w:val="pl-PL"/>
              </w:rPr>
            </w:pPr>
            <w:r w:rsidRPr="0081548F">
              <w:rPr>
                <w:b/>
                <w:color w:val="001E44"/>
                <w:sz w:val="14"/>
                <w:lang w:val="pl-PL"/>
              </w:rPr>
              <w:t xml:space="preserve">Telefon / e-mail: </w:t>
            </w:r>
            <w:r w:rsidRPr="0081548F">
              <w:rPr>
                <w:color w:val="222222"/>
                <w:sz w:val="14"/>
                <w:lang w:val="pl-PL"/>
              </w:rPr>
              <w:t>____________________________________________________</w:t>
            </w:r>
          </w:p>
        </w:tc>
      </w:tr>
    </w:tbl>
    <w:p w14:paraId="11F38729" w14:textId="77777777" w:rsidR="00BF17B3" w:rsidRPr="0081548F" w:rsidRDefault="00000000">
      <w:pPr>
        <w:spacing w:before="80" w:after="40"/>
        <w:rPr>
          <w:lang w:val="pl-PL"/>
        </w:rPr>
      </w:pPr>
      <w:r w:rsidRPr="0081548F">
        <w:rPr>
          <w:b/>
          <w:color w:val="001E44"/>
          <w:sz w:val="16"/>
          <w:lang w:val="pl-PL"/>
        </w:rPr>
        <w:t>Biorąc udział w „Giełdzie Ofert Prywatnych”, Uczestnik oświadcza, że:</w:t>
      </w:r>
    </w:p>
    <w:p w14:paraId="4694FDAC" w14:textId="77777777" w:rsidR="00BF17B3" w:rsidRPr="0081548F" w:rsidRDefault="00000000">
      <w:pPr>
        <w:spacing w:after="26" w:line="228" w:lineRule="auto"/>
        <w:rPr>
          <w:lang w:val="pl-PL"/>
        </w:rPr>
      </w:pPr>
      <w:r w:rsidRPr="0081548F">
        <w:rPr>
          <w:b/>
          <w:color w:val="001E44"/>
          <w:sz w:val="14"/>
          <w:lang w:val="pl-PL"/>
        </w:rPr>
        <w:t xml:space="preserve">a) </w:t>
      </w:r>
      <w:r w:rsidRPr="0081548F">
        <w:rPr>
          <w:color w:val="222222"/>
          <w:sz w:val="14"/>
          <w:lang w:val="pl-PL"/>
        </w:rPr>
        <w:t>zapoznał się z Regulaminem „Giełdy Ofert Prywatnych”, rozumie jego treść i akceptuje jego postanowienia;</w:t>
      </w:r>
    </w:p>
    <w:p w14:paraId="5CD477CA" w14:textId="77777777" w:rsidR="00BF17B3" w:rsidRPr="0081548F" w:rsidRDefault="00000000">
      <w:pPr>
        <w:spacing w:after="26" w:line="228" w:lineRule="auto"/>
        <w:rPr>
          <w:lang w:val="pl-PL"/>
        </w:rPr>
      </w:pPr>
      <w:r w:rsidRPr="0081548F">
        <w:rPr>
          <w:b/>
          <w:color w:val="001E44"/>
          <w:sz w:val="14"/>
          <w:lang w:val="pl-PL"/>
        </w:rPr>
        <w:t xml:space="preserve">b) </w:t>
      </w:r>
      <w:r w:rsidRPr="0081548F">
        <w:rPr>
          <w:color w:val="222222"/>
          <w:sz w:val="14"/>
          <w:lang w:val="pl-PL"/>
        </w:rPr>
        <w:t>jest właścicielem nieruchomości objętej ogłoszeniem albo posiada zgodę właściciela lub inne odpowiednie umocowanie pozwalające na jej prezentowanie;</w:t>
      </w:r>
    </w:p>
    <w:p w14:paraId="5E046516" w14:textId="77777777" w:rsidR="00BF17B3" w:rsidRPr="0081548F" w:rsidRDefault="00000000">
      <w:pPr>
        <w:spacing w:after="26" w:line="228" w:lineRule="auto"/>
        <w:rPr>
          <w:lang w:val="pl-PL"/>
        </w:rPr>
      </w:pPr>
      <w:r w:rsidRPr="0081548F">
        <w:rPr>
          <w:b/>
          <w:color w:val="001E44"/>
          <w:sz w:val="14"/>
          <w:lang w:val="pl-PL"/>
        </w:rPr>
        <w:t xml:space="preserve">c) </w:t>
      </w:r>
      <w:r w:rsidRPr="0081548F">
        <w:rPr>
          <w:color w:val="222222"/>
          <w:sz w:val="14"/>
          <w:lang w:val="pl-PL"/>
        </w:rPr>
        <w:t>wszystkie przekazane przez niego informacje dotyczące nieruchomości są według jego najlepszej wiedzy prawdziwe, aktualne i zgodne ze stanem faktycznym;</w:t>
      </w:r>
    </w:p>
    <w:p w14:paraId="69A6DBA0" w14:textId="77777777" w:rsidR="00BF17B3" w:rsidRPr="0081548F" w:rsidRDefault="00000000">
      <w:pPr>
        <w:spacing w:after="26" w:line="228" w:lineRule="auto"/>
        <w:rPr>
          <w:lang w:val="pl-PL"/>
        </w:rPr>
      </w:pPr>
      <w:r w:rsidRPr="0081548F">
        <w:rPr>
          <w:b/>
          <w:color w:val="001E44"/>
          <w:sz w:val="14"/>
          <w:lang w:val="pl-PL"/>
        </w:rPr>
        <w:t xml:space="preserve">d) </w:t>
      </w:r>
      <w:r w:rsidRPr="0081548F">
        <w:rPr>
          <w:color w:val="222222"/>
          <w:sz w:val="14"/>
          <w:lang w:val="pl-PL"/>
        </w:rPr>
        <w:t>ponosi odpowiedzialność za treść zamieszczonego ogłoszenia oraz za zgodność przekazanych informacji z rzeczywistym stanem prawnym i faktycznym nieruchomości;</w:t>
      </w:r>
    </w:p>
    <w:p w14:paraId="414472C6" w14:textId="77777777" w:rsidR="00BF17B3" w:rsidRPr="0081548F" w:rsidRDefault="00000000">
      <w:pPr>
        <w:spacing w:after="26" w:line="228" w:lineRule="auto"/>
        <w:rPr>
          <w:lang w:val="pl-PL"/>
        </w:rPr>
      </w:pPr>
      <w:r w:rsidRPr="0081548F">
        <w:rPr>
          <w:b/>
          <w:color w:val="001E44"/>
          <w:sz w:val="14"/>
          <w:lang w:val="pl-PL"/>
        </w:rPr>
        <w:t xml:space="preserve">e) </w:t>
      </w:r>
      <w:r w:rsidRPr="0081548F">
        <w:rPr>
          <w:color w:val="222222"/>
          <w:sz w:val="14"/>
          <w:lang w:val="pl-PL"/>
        </w:rPr>
        <w:t>posiada prawa do przekazanych Organizatorowi zdjęć, opisów, grafik i innych materiałów oraz ich wykorzystanie w ramach Giełdy nie narusza praw osób trzecich;</w:t>
      </w:r>
    </w:p>
    <w:p w14:paraId="79F3F41D" w14:textId="77777777" w:rsidR="00BF17B3" w:rsidRPr="0081548F" w:rsidRDefault="00000000">
      <w:pPr>
        <w:spacing w:after="26" w:line="228" w:lineRule="auto"/>
        <w:rPr>
          <w:lang w:val="pl-PL"/>
        </w:rPr>
      </w:pPr>
      <w:r w:rsidRPr="0081548F">
        <w:rPr>
          <w:b/>
          <w:color w:val="001E44"/>
          <w:sz w:val="14"/>
          <w:lang w:val="pl-PL"/>
        </w:rPr>
        <w:t xml:space="preserve">f) </w:t>
      </w:r>
      <w:r w:rsidRPr="0081548F">
        <w:rPr>
          <w:color w:val="222222"/>
          <w:sz w:val="14"/>
          <w:lang w:val="pl-PL"/>
        </w:rPr>
        <w:t>zezwala Organizatorowi na nieodpłatne wykorzystanie przekazanych materiałów w zakresie niezbędnym do przygotowania, wydrukowania i zaprezentowania ogłoszenia podczas 6. Pilskich Targów Nieruchomości;</w:t>
      </w:r>
    </w:p>
    <w:p w14:paraId="1EE8E2BD" w14:textId="77777777" w:rsidR="00BF17B3" w:rsidRPr="0081548F" w:rsidRDefault="00000000">
      <w:pPr>
        <w:spacing w:after="26" w:line="228" w:lineRule="auto"/>
        <w:rPr>
          <w:lang w:val="pl-PL"/>
        </w:rPr>
      </w:pPr>
      <w:r w:rsidRPr="0081548F">
        <w:rPr>
          <w:b/>
          <w:color w:val="001E44"/>
          <w:sz w:val="14"/>
          <w:lang w:val="pl-PL"/>
        </w:rPr>
        <w:t xml:space="preserve">g) </w:t>
      </w:r>
      <w:r w:rsidRPr="0081548F">
        <w:rPr>
          <w:color w:val="222222"/>
          <w:sz w:val="14"/>
          <w:lang w:val="pl-PL"/>
        </w:rPr>
        <w:t>przyjmuje do wiadomości, że Organizator nie dokonuje weryfikacji stanu prawnego, technicznego ani faktycznego nieruchomości oraz nie potwierdza prawdziwości informacji podanych w ogłoszeniu;</w:t>
      </w:r>
    </w:p>
    <w:p w14:paraId="674F3D35" w14:textId="77777777" w:rsidR="00BF17B3" w:rsidRPr="0081548F" w:rsidRDefault="00000000">
      <w:pPr>
        <w:spacing w:after="26" w:line="228" w:lineRule="auto"/>
        <w:rPr>
          <w:lang w:val="pl-PL"/>
        </w:rPr>
      </w:pPr>
      <w:r w:rsidRPr="0081548F">
        <w:rPr>
          <w:b/>
          <w:color w:val="001E44"/>
          <w:sz w:val="14"/>
          <w:lang w:val="pl-PL"/>
        </w:rPr>
        <w:t xml:space="preserve">h) </w:t>
      </w:r>
      <w:r w:rsidRPr="0081548F">
        <w:rPr>
          <w:color w:val="222222"/>
          <w:sz w:val="14"/>
          <w:lang w:val="pl-PL"/>
        </w:rPr>
        <w:t>przyjmuje do wiadomości, że zamieszczenie ogłoszenia w ramach Giełdy nie stanowi zawarcia z Organizatorem umowy pośrednictwa w obrocie nieruchomościami ani żadnej innej umowy zobowiązującej do skorzystania z usług Organizatora;</w:t>
      </w:r>
    </w:p>
    <w:p w14:paraId="65EBFE35" w14:textId="77777777" w:rsidR="00BF17B3" w:rsidRPr="0081548F" w:rsidRDefault="00000000">
      <w:pPr>
        <w:spacing w:after="26" w:line="228" w:lineRule="auto"/>
        <w:rPr>
          <w:lang w:val="pl-PL"/>
        </w:rPr>
      </w:pPr>
      <w:r w:rsidRPr="0081548F">
        <w:rPr>
          <w:b/>
          <w:color w:val="001E44"/>
          <w:sz w:val="14"/>
          <w:lang w:val="pl-PL"/>
        </w:rPr>
        <w:t xml:space="preserve">i) </w:t>
      </w:r>
      <w:r w:rsidRPr="0081548F">
        <w:rPr>
          <w:color w:val="222222"/>
          <w:sz w:val="14"/>
          <w:lang w:val="pl-PL"/>
        </w:rPr>
        <w:t>przyjmuje do wiadomości, że wszelkie kontakty, negocjacje oraz ewentualne umowy z osobami zainteresowanymi prezentowaną nieruchomością prowadzi we własnym imieniu i na własną odpowiedzialność;</w:t>
      </w:r>
    </w:p>
    <w:p w14:paraId="29841CEF" w14:textId="77777777" w:rsidR="00BF17B3" w:rsidRPr="0081548F" w:rsidRDefault="00000000">
      <w:pPr>
        <w:spacing w:after="26" w:line="228" w:lineRule="auto"/>
        <w:rPr>
          <w:lang w:val="pl-PL"/>
        </w:rPr>
      </w:pPr>
      <w:r w:rsidRPr="0081548F">
        <w:rPr>
          <w:b/>
          <w:color w:val="001E44"/>
          <w:sz w:val="14"/>
          <w:lang w:val="pl-PL"/>
        </w:rPr>
        <w:t xml:space="preserve">j) </w:t>
      </w:r>
      <w:r w:rsidRPr="0081548F">
        <w:rPr>
          <w:color w:val="222222"/>
          <w:sz w:val="14"/>
          <w:lang w:val="pl-PL"/>
        </w:rPr>
        <w:t>w przypadku zamieszczenia na ogłoszeniu danych kontaktowych przyjmuje do wiadomości, że będą one publicznie dostępne dla uczestników wydarzenia oraz mogą zostać przez nich zapisane lub sfotografowane.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83"/>
      </w:tblGrid>
      <w:tr w:rsidR="00BF17B3" w:rsidRPr="0081548F" w14:paraId="37820B71" w14:textId="77777777">
        <w:trPr>
          <w:jc w:val="center"/>
        </w:trPr>
        <w:tc>
          <w:tcPr>
            <w:tcW w:w="7483" w:type="dxa"/>
            <w:tcBorders>
              <w:top w:val="single" w:sz="5" w:space="0" w:color="D6E0EC"/>
              <w:left w:val="single" w:sz="5" w:space="0" w:color="D6E0EC"/>
              <w:bottom w:val="single" w:sz="5" w:space="0" w:color="D6E0EC"/>
              <w:right w:val="single" w:sz="5" w:space="0" w:color="D6E0EC"/>
            </w:tcBorders>
            <w:shd w:val="clear" w:color="auto" w:fill="F4F7F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4C56C2F5" w14:textId="77777777" w:rsidR="00BF17B3" w:rsidRPr="0081548F" w:rsidRDefault="00000000">
            <w:pPr>
              <w:spacing w:line="228" w:lineRule="auto"/>
              <w:rPr>
                <w:lang w:val="pl-PL"/>
              </w:rPr>
            </w:pPr>
            <w:r w:rsidRPr="0081548F">
              <w:rPr>
                <w:b/>
                <w:color w:val="001E44"/>
                <w:sz w:val="14"/>
                <w:lang w:val="pl-PL"/>
              </w:rPr>
              <w:t xml:space="preserve">Uczestnik zobowiązuje się </w:t>
            </w:r>
            <w:r w:rsidRPr="0081548F">
              <w:rPr>
                <w:color w:val="222222"/>
                <w:sz w:val="14"/>
                <w:lang w:val="pl-PL"/>
              </w:rPr>
              <w:t>do niezamieszczania w ogłoszeniu treści sprzecznych z prawem, naruszających prawa osób trzecich, wprowadzających w błąd, dyskryminujących, obraźliwych lub niezwiązanych z prezentowaną nieruchomością.</w:t>
            </w:r>
          </w:p>
        </w:tc>
      </w:tr>
    </w:tbl>
    <w:p w14:paraId="12FDD11C" w14:textId="77777777" w:rsidR="00BF17B3" w:rsidRPr="0081548F" w:rsidRDefault="00000000">
      <w:pPr>
        <w:spacing w:before="120" w:after="20"/>
        <w:rPr>
          <w:lang w:val="pl-PL"/>
        </w:rPr>
      </w:pPr>
      <w:r w:rsidRPr="0081548F">
        <w:rPr>
          <w:b/>
          <w:color w:val="001E44"/>
          <w:sz w:val="15"/>
          <w:lang w:val="pl-PL"/>
        </w:rPr>
        <w:t>Potwierdzam prawdziwość powyższych oświadczeń.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1"/>
        <w:gridCol w:w="3741"/>
      </w:tblGrid>
      <w:tr w:rsidR="00BF17B3" w:rsidRPr="0081548F" w14:paraId="5B3398B9" w14:textId="77777777">
        <w:trPr>
          <w:jc w:val="center"/>
        </w:trPr>
        <w:tc>
          <w:tcPr>
            <w:tcW w:w="3741" w:type="dxa"/>
            <w:tcMar>
              <w:top w:w="45" w:type="dxa"/>
              <w:left w:w="20" w:type="dxa"/>
              <w:bottom w:w="15" w:type="dxa"/>
              <w:right w:w="20" w:type="dxa"/>
            </w:tcMar>
          </w:tcPr>
          <w:p w14:paraId="2E4BD798" w14:textId="77777777" w:rsidR="00BF17B3" w:rsidRPr="0081548F" w:rsidRDefault="00000000">
            <w:pPr>
              <w:jc w:val="center"/>
              <w:rPr>
                <w:lang w:val="pl-PL"/>
              </w:rPr>
            </w:pPr>
            <w:r w:rsidRPr="0081548F">
              <w:rPr>
                <w:color w:val="222222"/>
                <w:sz w:val="14"/>
                <w:lang w:val="pl-PL"/>
              </w:rPr>
              <w:t>________________________</w:t>
            </w:r>
          </w:p>
          <w:p w14:paraId="2E9AB371" w14:textId="77777777" w:rsidR="00BF17B3" w:rsidRPr="0081548F" w:rsidRDefault="00000000">
            <w:pPr>
              <w:jc w:val="center"/>
              <w:rPr>
                <w:lang w:val="pl-PL"/>
              </w:rPr>
            </w:pPr>
            <w:r w:rsidRPr="0081548F">
              <w:rPr>
                <w:color w:val="222222"/>
                <w:sz w:val="14"/>
                <w:lang w:val="pl-PL"/>
              </w:rPr>
              <w:t>Data</w:t>
            </w:r>
          </w:p>
        </w:tc>
        <w:tc>
          <w:tcPr>
            <w:tcW w:w="3741" w:type="dxa"/>
            <w:tcMar>
              <w:top w:w="45" w:type="dxa"/>
              <w:left w:w="20" w:type="dxa"/>
              <w:bottom w:w="15" w:type="dxa"/>
              <w:right w:w="20" w:type="dxa"/>
            </w:tcMar>
          </w:tcPr>
          <w:p w14:paraId="7FE2CBFD" w14:textId="77777777" w:rsidR="00BF17B3" w:rsidRPr="0081548F" w:rsidRDefault="00000000">
            <w:pPr>
              <w:jc w:val="center"/>
              <w:rPr>
                <w:lang w:val="pl-PL"/>
              </w:rPr>
            </w:pPr>
            <w:r w:rsidRPr="0081548F">
              <w:rPr>
                <w:color w:val="222222"/>
                <w:sz w:val="14"/>
                <w:lang w:val="pl-PL"/>
              </w:rPr>
              <w:t>________________________________________</w:t>
            </w:r>
          </w:p>
          <w:p w14:paraId="3AB8B63A" w14:textId="77777777" w:rsidR="00BF17B3" w:rsidRPr="0081548F" w:rsidRDefault="00000000">
            <w:pPr>
              <w:jc w:val="center"/>
              <w:rPr>
                <w:lang w:val="pl-PL"/>
              </w:rPr>
            </w:pPr>
            <w:r w:rsidRPr="0081548F">
              <w:rPr>
                <w:color w:val="222222"/>
                <w:sz w:val="14"/>
                <w:lang w:val="pl-PL"/>
              </w:rPr>
              <w:t>Czytelny podpis Uczestnika</w:t>
            </w:r>
          </w:p>
        </w:tc>
      </w:tr>
    </w:tbl>
    <w:p w14:paraId="5A1C3236" w14:textId="77777777" w:rsidR="0081548F" w:rsidRDefault="0081548F">
      <w:pPr>
        <w:spacing w:before="40"/>
        <w:jc w:val="center"/>
        <w:rPr>
          <w:b/>
          <w:color w:val="001E44"/>
          <w:sz w:val="14"/>
          <w:lang w:val="pl-PL"/>
        </w:rPr>
      </w:pPr>
    </w:p>
    <w:p w14:paraId="135EDEDA" w14:textId="77777777" w:rsidR="0081548F" w:rsidRPr="0081548F" w:rsidRDefault="0081548F" w:rsidP="0081548F">
      <w:pPr>
        <w:spacing w:before="80"/>
        <w:jc w:val="center"/>
        <w:rPr>
          <w:lang w:val="pl-PL"/>
        </w:rPr>
      </w:pPr>
      <w:r w:rsidRPr="0081548F">
        <w:rPr>
          <w:b/>
          <w:color w:val="001E44"/>
          <w:sz w:val="13"/>
          <w:lang w:val="pl-PL"/>
        </w:rPr>
        <w:t>OGŁOSZENIE PRYWATNE • udział w akcji jest bezpłatny i niezobowiązujący</w:t>
      </w:r>
    </w:p>
    <w:p w14:paraId="39981AB3" w14:textId="77777777" w:rsidR="0081548F" w:rsidRPr="0081548F" w:rsidRDefault="0081548F" w:rsidP="0081548F">
      <w:pPr>
        <w:jc w:val="both"/>
        <w:rPr>
          <w:lang w:val="pl-PL"/>
        </w:rPr>
      </w:pPr>
      <w:r w:rsidRPr="0081548F">
        <w:rPr>
          <w:color w:val="555555"/>
          <w:sz w:val="11"/>
          <w:lang w:val="pl-PL"/>
        </w:rPr>
        <w:t>Nieruchomości Furman udostępniają wyłącznie przestrzeń do prezentacji ogłoszenia. Organizator nie weryfikuje treści ogłoszenia, stanu prawnego nieruchomości ani podanych informacji. Zamieszczenie ogłoszenia nie stanowi zawarcia umowy pośrednictwa.</w:t>
      </w:r>
    </w:p>
    <w:p w14:paraId="6CC0FDD9" w14:textId="77777777" w:rsidR="0081548F" w:rsidRDefault="0081548F" w:rsidP="0081548F">
      <w:pPr>
        <w:spacing w:before="40"/>
        <w:rPr>
          <w:b/>
          <w:color w:val="001E44"/>
          <w:sz w:val="14"/>
          <w:lang w:val="pl-PL"/>
        </w:rPr>
      </w:pPr>
    </w:p>
    <w:p w14:paraId="5C99CD1E" w14:textId="77777777" w:rsidR="0081548F" w:rsidRDefault="0081548F">
      <w:pPr>
        <w:spacing w:before="40"/>
        <w:jc w:val="center"/>
        <w:rPr>
          <w:b/>
          <w:color w:val="001E44"/>
          <w:sz w:val="14"/>
          <w:lang w:val="pl-PL"/>
        </w:rPr>
      </w:pPr>
    </w:p>
    <w:p w14:paraId="6576E040" w14:textId="42D76711" w:rsidR="00BF17B3" w:rsidRPr="0081548F" w:rsidRDefault="0081548F">
      <w:pPr>
        <w:spacing w:before="40"/>
        <w:jc w:val="center"/>
        <w:rPr>
          <w:lang w:val="pl-PL"/>
        </w:rPr>
      </w:pPr>
      <w:r w:rsidRPr="0081548F">
        <w:rPr>
          <w:b/>
          <w:color w:val="001E44"/>
          <w:sz w:val="14"/>
          <w:lang w:val="pl-PL"/>
        </w:rPr>
        <w:t xml:space="preserve">Regulamin akcji na </w:t>
      </w:r>
      <w:r w:rsidR="00000000" w:rsidRPr="0081548F">
        <w:rPr>
          <w:b/>
          <w:color w:val="001E44"/>
          <w:sz w:val="14"/>
          <w:lang w:val="pl-PL"/>
        </w:rPr>
        <w:t>www.furman24.pl</w:t>
      </w:r>
    </w:p>
    <w:sectPr w:rsidR="00BF17B3" w:rsidRPr="0081548F" w:rsidSect="00034616">
      <w:pgSz w:w="8391" w:h="11906"/>
      <w:pgMar w:top="397" w:right="454" w:bottom="397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8321068">
    <w:abstractNumId w:val="8"/>
  </w:num>
  <w:num w:numId="2" w16cid:durableId="2083216979">
    <w:abstractNumId w:val="6"/>
  </w:num>
  <w:num w:numId="3" w16cid:durableId="845948585">
    <w:abstractNumId w:val="5"/>
  </w:num>
  <w:num w:numId="4" w16cid:durableId="1651328499">
    <w:abstractNumId w:val="4"/>
  </w:num>
  <w:num w:numId="5" w16cid:durableId="1707410191">
    <w:abstractNumId w:val="7"/>
  </w:num>
  <w:num w:numId="6" w16cid:durableId="1772160757">
    <w:abstractNumId w:val="3"/>
  </w:num>
  <w:num w:numId="7" w16cid:durableId="339551510">
    <w:abstractNumId w:val="2"/>
  </w:num>
  <w:num w:numId="8" w16cid:durableId="2134785516">
    <w:abstractNumId w:val="1"/>
  </w:num>
  <w:num w:numId="9" w16cid:durableId="202405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842E1"/>
    <w:rsid w:val="0081548F"/>
    <w:rsid w:val="00AA1D8D"/>
    <w:rsid w:val="00B47730"/>
    <w:rsid w:val="00BF17B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930821"/>
  <w14:defaultImageDpi w14:val="300"/>
  <w15:docId w15:val="{A823A829-AAD5-4873-90F7-80B757A8E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ptos" w:hAnsi="Aptos"/>
      <w:sz w:val="17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594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Grupa Furman</cp:lastModifiedBy>
  <cp:revision>2</cp:revision>
  <dcterms:created xsi:type="dcterms:W3CDTF">2013-12-23T23:15:00Z</dcterms:created>
  <dcterms:modified xsi:type="dcterms:W3CDTF">2026-09-17T11:47:00Z</dcterms:modified>
  <cp:category/>
</cp:coreProperties>
</file>